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 קבוצות זכויות הילד: הישרדות ובריאות, הגנה, התפתחות והשתתפות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לאיזו קבוצה שייכת כל דוגמה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חשיבות הזכויות השונות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קבוצה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הישרדות ובריאות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הגדרת זכות ההשתתפות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הגנה עוסקת בשמירה מפני פגיעה ואלימות, לא רק בבריאות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אלה צרכים בסיסיים לחיים ולבריאות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לימודים עוזרים לילד לגדול וללמוד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שמירה על פרטיות היא סוג של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הוא מממש את זכות ההשתתפות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שם הקבוצה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הישרדות ובריאות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התפתחות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השתתפות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דוגמה לקבוצה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(התפתחות)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(השתתפות)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(הגנה)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(הישרדות ובריאות)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(התפתחות)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 ארבע זכויות שונות, אחת מכל קבוצה, עם הסבר קצר וענייני לכל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הישרדות ובריאות, הגנה, התפתחות, השתתפות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שמראה שמירה על הילד מפני פגיעה, כמו הפסקת בריונות או שמירה על פרטיות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שדעתם תישמע ותשפיע על דברים שנוגעים אליהם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אחת מכל קבוצה כדי לוודא שכולם מבינים את ההבדל לפני תחילת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להביא דוגמה משלהם מהיום-יום לכל 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לשתף כמה תשובות בכיתה כדי להעשיר את הדיון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ארבע משפחות הזכויות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ילד וילדה יש זכויות שמחולקות לארבע קבוצות עיקריות. בדף הזה נתרגל לזהות לאיזו קבוצה שייכת כל דוגמה, וננסה להבין למה כל קבוצה חשובה.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לאיזו קבוצה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חיסון אצל האחות בבית הספר שייך לאיזו קבוצת זכויות?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מבוגר עוצר ילד שמציק לילד אחר - זו דוגמה לזכות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ילד הולך לחוג אמנות אחרי הלימודים - זו זכות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תלמידים מצביעים על שם לפינת הכיתה - זו דוגמה לזכות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ילדים לא עובדים בעבודה מסוכנת - זו זכות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הישרדות ובריאות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ארוחת צהריים חמה בבית הספר שייכת לקבוצת...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התפתחות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השתתפות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הישרדות ובריאות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ההשתתפות אומרת שילדים יכולים להביע דעה בנושאים שנוגעים להם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ההגנה עוסקת רק בבריאות הגוף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ארוחה חמה ומים נקיים שייכים לקבוצת ההישרדות והבריאות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ללמוד בבית ספר שייך לקבוצת ההתפתחות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זכות הפרטיות של הודעות אישיות שייכת לקבוצת ההגנה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ילד שמציע רעיון במועצת תלמידים לא מממש אף זכות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שם הקבוצה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חיסון, אוכל בריא ומים נקיים שייכים לקבוצת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כאשר מבוגר שומר על ילד מפני פגיעה, זו זכות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לימודים, חוגים ומשחק שייכים לקבוצת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הבעת דעה והצבעה בכיתה שייכות לקבוצת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תעודת הלידה עם השם של הילד שייכת בעיקר לקבוצת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דוגמה לקבוצה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משחקים כדורגל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חוגגים חג של חבר מתרבות אחרת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הגנה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אף אחד לא קורא את ההודעות שלי בלי רשות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התפתחות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ארוחת צהריים חמה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השתתפות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לומדים בכיתה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הישרדות ובריאות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זכות אחת מכל אחת מארבע הקבוצות וכתבו בכמה מילים למה היא חשובה 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ארבע קבוצות הזכויות?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שלילדים תהיה זכות השתתפות?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ארבע משפחות הזכויות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