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קבוצות זכויות הילד: הישרדות ובריאות, הגנה, התפתחות והשתתפות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קבוצה שייכת כל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חשיבות הזכויות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קבוצה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הישרדות ובריאות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הגדרת זכות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הגנה עוסקת בשמירה מפני פגיעה ואלימות, לא רק בבריאות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צרכים בסיסיים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לימודים עוזרים לילד לגדול וללמוד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שמירה על פרטיות היא סוג של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מממש את זכות ההשתתפות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דוגמה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(התפתחות)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ארבע זכויות שונות, אחת מכל קבוצה, עם הסבר קצר וענייני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שמראה שמירה על הילד מפני פגיעה, כמו הפסקת בריונות או שמירה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שדעתם תישמע ותשפיע על דברים שנוגעים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אחת מכל קבוצה כדי לוודא שכולם מבינים את ההבדל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משלהם מהיום-יום לכל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לשתף כמה תשובות בכיתה כדי להעשיר את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יש ארבע קבוצות של זכויות. בדף הזה נלמד להכיר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בלי קשר למי שהם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 ובריאות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שצריך כדי לחיות ולהיות בריא, כמו אוכל 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הילד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לימוד, משחק וגדילה - גוף ונפש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ולהשפיע על 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 או לגדול בריא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שנעים לקבל אבל אפשר לחיות בלעדיו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קבוצה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חיסון אצל האחות -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מבוגר שומר על ילד מפגיעה - איזו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חוג אמנות - איזו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הצבעה בכיתה - איזו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ילדים לא עובדים בעבודה מסוכנת - איזו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ארוחה חמה - 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ההשתתפות אומרת שילדים יכולים להביע דעה בנושאים שנוגעים 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ההגנה עוסקת רק בבריאות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ארוחה חמה ומים נקיים שייכים לקבוצת ההישרדות והבריאות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בבית ספר שייך לקבוצת ההתפתחות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הפרטיות של הודעות אישיות שייכת לקבוצת ההגנה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שמציע רעיון במועצת תלמידים לא מממש אף זכות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חיסון, אוכל בריא ומים נקיים שייכים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מבוגר שומר על ילד מפני פגיעה, זו זכות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לימודים, חוגים ומשחק שייכים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הבעת דעה והצבעה בכיתה שייכות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תעודת הלידה עם השם של הילד שייכת בעיקר לקבוצת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דוגמה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משחקים כדורגל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הישרדות ובריאות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חוגגים חג של חבר מתרבות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אף אחד לא קורא את ההודעות שלי בלי 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ארוחת צהריים חמה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לומדים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התפתחות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מכל אחת מארבע הקבוצות וכתבו בכמה מילים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קבוצות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שלילדים תהיה זכות השתתפות?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