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חשיבות הזכויות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קבוצה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לימודים עוזרים לילד לגדול וללמוד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דוגמה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(הישרדות ובריאות)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ארבע זכויות שונות, אחת מכל קבוצה, עם הסבר קצר וענייני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שמירה על הילד מפני פגיעה, כמו הפסקת בריונות או 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שדעתם תישמע ותשפיע על דברים שנוגעים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קבוצה כדי לוודא שכולם מבינים את ההבדל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משלהם מהיום-יום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לשתף כמה תשובות בכיתה כדי להעשיר את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 שמחולקות לארבע קבוצות עיקריות. בדף הזה נתרגל לזהות לאיזו קבוצה שייכת כל דוגמה, וננסה להבין למה כל קבוצה חשובה.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הישרדות ובריאות  ·  התפתחות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קבוצה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חיסון אצל האחות בבית הספר שייך לאיזו קבוצת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ילד הולך לחוג אמנות אחרי הלימודים - זו 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תלמידים מצביעים על שם לפינת הכיתה - זו דוגמה לזכות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זכות ההשתתפות אומרת שילדים יכולים להביע דעה בנושאים שנוגעים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ארוחה חמה ומים נקיים שייכים לקבוצת ההישרדות והבריאות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ללמוד בבית ספר שייך לקבוצת ההתפתחות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חיסון, אוכל בריא ומים נקיים שייכים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לימודים, חוגים ומשחק שייכים לקבוצת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דוגמה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משחקים כדורגל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חוגגים חג של חבר מתרבות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אף אחד לא קורא את ההודעות שלי בלי 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ארוחת צהריים 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מכל אחת מארבע הקבוצות וכתבו בכמה מילים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קבוצות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